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Reçu de dépôt de garantie</w:t>
      </w:r>
    </w:p>
    <w:p>
      <w:pPr>
        <w:spacing w:after="240"/>
      </w:pPr>
      <w:r>
        <w:t>Ce reçu constate un versement au titre du dépôt de garantie. Il ne constitue pas une quittance de loyer.</w:t>
      </w:r>
    </w:p>
    <w:p>
      <w:r>
        <w:rPr>
          <w:b/>
        </w:rPr>
        <w:t xml:space="preserve">Bailleur ou mandataire : </w:t>
      </w:r>
      <w:r>
        <w:t>[nom, qualité et adresse]</w:t>
      </w:r>
    </w:p>
    <w:p>
      <w:r>
        <w:rPr>
          <w:b/>
        </w:rPr>
        <w:t xml:space="preserve">Locataire : </w:t>
      </w:r>
      <w:r>
        <w:t>[prénom et nom]</w:t>
      </w:r>
    </w:p>
    <w:p>
      <w:r>
        <w:rPr>
          <w:b/>
        </w:rPr>
        <w:t xml:space="preserve">Logement : </w:t>
      </w:r>
      <w:r>
        <w:t>[adresse complète]</w:t>
      </w:r>
    </w:p>
    <w:p>
      <w:r>
        <w:rPr>
          <w:b/>
        </w:rPr>
        <w:t xml:space="preserve">Bail concerné : </w:t>
      </w:r>
      <w:r>
        <w:t>[date ou référence du contrat]</w:t>
      </w:r>
    </w:p>
    <w:p>
      <w:r>
        <w:rPr>
          <w:b/>
        </w:rPr>
        <w:t xml:space="preserve">Montant effectivement reçu : </w:t>
      </w:r>
      <w:r>
        <w:t>[montant en chiffres] € ([montant en lettres])</w:t>
      </w:r>
    </w:p>
    <w:p>
      <w:r>
        <w:rPr>
          <w:b/>
        </w:rPr>
        <w:t xml:space="preserve">Date de réception du versement : </w:t>
      </w:r>
      <w:r>
        <w:t>[date réelle]</w:t>
      </w:r>
    </w:p>
    <w:p>
      <w:r>
        <w:rPr>
          <w:b/>
        </w:rPr>
        <w:t xml:space="preserve">Mode de versement : </w:t>
      </w:r>
      <w:r>
        <w:t>[espèces, virement ou autre mode vérifié]</w:t>
      </w:r>
    </w:p>
    <w:p>
      <w:r>
        <w:t>Je soussigné(e), [nom du bailleur ou de son mandataire], reconnais avoir reçu de [nom de la personne ayant versé la somme] le montant indiqué ci-dessus, au titre du dépôt de garantie prévu au bail identifié.</w:t>
      </w:r>
    </w:p>
    <w:p>
      <w:r>
        <w:t>Ce document concerne uniquement le versement constaté. Il ne reconnaît pas le paiement du loyer ou des charges et ne vaut pas restitution du dépôt de garantie.</w:t>
      </w:r>
    </w:p>
    <w:p>
      <w:r>
        <w:t>Établi à [lieu], le [date réelle d’établissement].</w:t>
      </w:r>
    </w:p>
    <w:p>
      <w:r>
        <w:t>Nom et signature du bailleur ou du mandataire :</w:t>
      </w:r>
    </w:p>
    <w:p>
      <w:r>
        <w:br/>
      </w:r>
    </w:p>
    <w:p>
      <w:r>
        <w:rPr>
          <w:sz w:val="16"/>
        </w:rPr>
        <w:t>Modèle Quittance Facile - quittancesfacile.fr/depot-garantie-dernier-loyer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 de dépôt de garantie</dc:title>
  <dc:subject/>
  <dc:creator>Quittance Facile</dc:creator>
  <cp:keywords/>
  <dc:description/>
  <cp:lastModifiedBy>Quittance Facile</cp:lastModifiedBy>
  <cp:revision>1</cp:revision>
  <dcterms:created xsi:type="dcterms:W3CDTF">2013-12-23T23:15:00Z</dcterms:created>
  <dcterms:modified xsi:type="dcterms:W3CDTF">2013-12-23T23:15:00Z</dcterms:modified>
  <cp:category/>
</cp:coreProperties>
</file>