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Quittance de loyer</w:t>
      </w:r>
    </w:p>
    <w:p>
      <w:r>
        <w:t>Remplacez les champs entre crochets et vérifiez le paiement intégral avant de remettre le document.</w:t>
      </w:r>
    </w:p>
    <w:p>
      <w:r>
        <w:rPr>
          <w:b/>
        </w:rPr>
        <w:t xml:space="preserve">Bailleur ou mandataire : </w:t>
      </w:r>
      <w:r>
        <w:t>[nom et qualité]</w:t>
      </w:r>
    </w:p>
    <w:p>
      <w:r>
        <w:rPr>
          <w:b/>
        </w:rPr>
        <w:t xml:space="preserve">Adresse du bailleur : </w:t>
      </w:r>
      <w:r>
        <w:t>[adresse complète]</w:t>
      </w:r>
    </w:p>
    <w:p>
      <w:r>
        <w:rPr>
          <w:b/>
        </w:rPr>
        <w:t xml:space="preserve">Locataire : </w:t>
      </w:r>
      <w:r>
        <w:t>[nom figurant au bail]</w:t>
      </w:r>
    </w:p>
    <w:p>
      <w:r>
        <w:rPr>
          <w:b/>
        </w:rPr>
        <w:t xml:space="preserve">Logement : </w:t>
      </w:r>
      <w:r>
        <w:t>[adresse complète du logement]</w:t>
      </w:r>
    </w:p>
    <w:p>
      <w:r>
        <w:rPr>
          <w:b/>
        </w:rPr>
        <w:t xml:space="preserve">Période : </w:t>
      </w:r>
      <w:r>
        <w:t>du [date de début] au [date de fin]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Loyer hors charges</w:t>
            </w:r>
          </w:p>
        </w:tc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[montant] €</w:t>
            </w:r>
          </w:p>
        </w:tc>
      </w:tr>
      <w:tr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Charges</w:t>
            </w:r>
          </w:p>
        </w:tc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[montant] €</w:t>
            </w:r>
          </w:p>
        </w:tc>
      </w:tr>
      <w:tr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Total reçu</w:t>
            </w:r>
          </w:p>
        </w:tc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[montant] €</w:t>
            </w:r>
          </w:p>
        </w:tc>
      </w:tr>
      <w:tr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Paiement reçu le</w:t>
            </w:r>
          </w:p>
        </w:tc>
        <w:tc>
          <w:tcPr>
            <w:tcW w:type="dxa" w:w="4819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r>
              <w:t>[date réelle du paiement]</w:t>
            </w:r>
          </w:p>
        </w:tc>
      </w:tr>
    </w:tbl>
    <w:p/>
    <w:p>
      <w:r>
        <w:t>Je soussigné(e), [nom du bailleur ou de son mandataire], atteste avoir reçu de [nom du locataire] la somme de [total] € correspondant au paiement intégral du loyer et des charges pour le logement et la période indiqués ci-dessus.</w:t>
      </w:r>
    </w:p>
    <w:p>
      <w:r>
        <w:t>Établi à [lieu], le [date réelle d’établissement].</w:t>
      </w:r>
    </w:p>
    <w:p>
      <w:r>
        <w:t>Nom et signature du bailleur ou de son mandataire :</w:t>
      </w:r>
    </w:p>
    <w:p>
      <w:r>
        <w:br/>
      </w:r>
    </w:p>
    <w:p>
      <w:r>
        <w:rPr>
          <w:sz w:val="16"/>
        </w:rPr>
        <w:t>Modèle Quittance Facile — quittancesfacile.fr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DejaVu Sans" w:hAnsi="DejaVu San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quittance de loyer</dc:title>
  <dc:subject/>
  <dc:creator>Quittance Facile</dc:creator>
  <cp:keywords/>
  <dc:description>generated by python-docx</dc:description>
  <cp:lastModifiedBy>Quittance Facile</cp:lastModifiedBy>
  <cp:revision>1</cp:revision>
  <dcterms:created xsi:type="dcterms:W3CDTF">2013-12-23T23:15:00Z</dcterms:created>
  <dcterms:modified xsi:type="dcterms:W3CDTF">2013-12-23T23:15:00Z</dcterms:modified>
  <cp:category/>
</cp:coreProperties>
</file>