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Mise en demeure de payer un loyer</w:t>
      </w:r>
    </w:p>
    <w:p>
      <w:pPr>
        <w:spacing w:after="240"/>
      </w:pPr>
      <w:r>
        <w:t>Modèle à adapter à une dette vérifiée. Ne remplace pas un commandement de payer ni un acte de procédure.</w:t>
      </w:r>
    </w:p>
    <w:p>
      <w:r>
        <w:rPr>
          <w:b/>
        </w:rPr>
        <w:t xml:space="preserve">Expéditeur : </w:t>
      </w:r>
      <w:r>
        <w:t>[nom et adresse du bailleur ou mandataire]</w:t>
      </w:r>
    </w:p>
    <w:p>
      <w:r>
        <w:rPr>
          <w:b/>
        </w:rPr>
        <w:t xml:space="preserve">Destinataire : </w:t>
      </w:r>
      <w:r>
        <w:t>[nom et adresse du locataire]</w:t>
      </w:r>
    </w:p>
    <w:p>
      <w:r>
        <w:rPr>
          <w:b/>
        </w:rPr>
        <w:t xml:space="preserve">Bail concerné : </w:t>
      </w:r>
      <w:r>
        <w:t>[date du contrat et adresse de la location]</w:t>
      </w:r>
    </w:p>
    <w:p>
      <w:r>
        <w:rPr>
          <w:b/>
        </w:rPr>
        <w:t xml:space="preserve">Périodes impayées : </w:t>
      </w:r>
      <w:r>
        <w:t>[liste précise]</w:t>
      </w:r>
    </w:p>
    <w:p>
      <w:r>
        <w:rPr>
          <w:b/>
        </w:rPr>
        <w:t xml:space="preserve">Décompte joint : </w:t>
      </w:r>
      <w:r>
        <w:t>loyers [montant] € + charges justifiées [montant] € - versements [montant] €</w:t>
      </w:r>
    </w:p>
    <w:p>
      <w:r>
        <w:rPr>
          <w:b/>
        </w:rPr>
        <w:t xml:space="preserve">Total restant dû : </w:t>
      </w:r>
      <w:r>
        <w:t>[montant vérifié] €</w:t>
      </w:r>
    </w:p>
    <w:p>
      <w:r>
        <w:t>Madame, Monsieur,</w:t>
      </w:r>
    </w:p>
    <w:p>
      <w:r>
        <w:t>Selon le décompte joint arrêté au [date], les sommes dues au titre du bail mentionné ci-dessus ne sont pas intégralement réglées. Le montant restant dû s’élève à [montant] € après déduction des versements reçus.</w:t>
      </w:r>
    </w:p>
    <w:p>
      <w:r>
        <w:t>Par la présente, je vous mets en demeure de régler cette somme au plus tard le [date choisie après examen de la situation], selon les modalités de paiement prévues au bail.</w:t>
      </w:r>
    </w:p>
    <w:p>
      <w:r>
        <w:t>Si vous contestez ce décompte ou avez déjà effectué un paiement non rapproché, merci de me communiquer les éléments permettant sa vérification. En cas de difficulté, vous pouvez me contacter à [coordonnées] pour examiner les suites possibles.</w:t>
      </w:r>
    </w:p>
    <w:p>
      <w:r>
        <w:t>Sans régularisation ni accord, je pourrai solliciter un accompagnement pour engager les démarches adaptées. Ce courrier ne constate pas à lui seul la résiliation du bail et ne vaut pas décision d’expulsion.</w:t>
      </w:r>
    </w:p>
    <w:p>
      <w:r>
        <w:t>Fait à [lieu], le [date].</w:t>
      </w:r>
    </w:p>
    <w:p>
      <w:r>
        <w:t>[Nom et signature du bailleur ou du mandataire]</w:t>
      </w:r>
    </w:p>
    <w:p>
      <w:r>
        <w:rPr>
          <w:sz w:val="16"/>
        </w:rPr>
        <w:t>Modèle Quittance Facile - quittancesfacile.fr/loyer-impaye-lettre-relance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de payer un loyer</dc:title>
  <dc:subject/>
  <dc:creator>Quittance Facile</dc:creator>
  <cp:keywords/>
  <dc:description/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