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Attestation d’hébergement à titre gratuit</w:t>
      </w:r>
    </w:p>
    <w:p>
      <w:pPr>
        <w:spacing w:after="240"/>
      </w:pPr>
      <w:r>
        <w:t>Modèle à compléter par la personne qui héberge, puis à relire et à signer.</w:t>
      </w:r>
    </w:p>
    <w:p>
      <w:r>
        <w:rPr>
          <w:b/>
        </w:rPr>
        <w:t xml:space="preserve">Personne qui héberge : </w:t>
      </w:r>
      <w:r>
        <w:t>[prénom et nom]</w:t>
      </w:r>
    </w:p>
    <w:p>
      <w:r>
        <w:rPr>
          <w:b/>
        </w:rPr>
        <w:t xml:space="preserve">Naissance de l’hébergeant : </w:t>
      </w:r>
      <w:r>
        <w:t>le [date] à [lieu et pays si nécessaire]</w:t>
      </w:r>
    </w:p>
    <w:p>
      <w:r>
        <w:rPr>
          <w:b/>
        </w:rPr>
        <w:t xml:space="preserve">Personne hébergée : </w:t>
      </w:r>
      <w:r>
        <w:t>[prénom et nom]</w:t>
      </w:r>
    </w:p>
    <w:p>
      <w:r>
        <w:rPr>
          <w:b/>
        </w:rPr>
        <w:t xml:space="preserve">Naissance de la personne hébergée : </w:t>
      </w:r>
      <w:r>
        <w:t>le [date] à [lieu et pays si nécessaire]</w:t>
      </w:r>
    </w:p>
    <w:p>
      <w:r>
        <w:rPr>
          <w:b/>
        </w:rPr>
        <w:t xml:space="preserve">Adresse de l’hébergement : </w:t>
      </w:r>
      <w:r>
        <w:t>[adresse complète]</w:t>
      </w:r>
    </w:p>
    <w:p>
      <w:r>
        <w:rPr>
          <w:b/>
        </w:rPr>
        <w:t xml:space="preserve">Début de l’hébergement : </w:t>
      </w:r>
      <w:r>
        <w:t>[date]</w:t>
      </w:r>
    </w:p>
    <w:p>
      <w:r>
        <w:t>Je soussigné(e), [prénom et nom de la personne qui héberge], déclare sur l’honneur héberger à titre gratuit à mon domicile [prénom et nom de la personne hébergée], depuis le [date], à l’adresse indiquée ci-dessus.</w:t>
      </w:r>
    </w:p>
    <w:p>
      <w:r>
        <w:t>Je certifie que les informations de cette attestation correspondent à la situation réelle de cet hébergement.</w:t>
      </w:r>
    </w:p>
    <w:p>
      <w:r>
        <w:t>Fait à [lieu], le [date réelle d’établissement].</w:t>
      </w:r>
    </w:p>
    <w:p>
      <w:r>
        <w:t>Signature de la personne qui héberge :</w:t>
      </w:r>
    </w:p>
    <w:p>
      <w:r>
        <w:br/>
      </w:r>
    </w:p>
    <w:p>
      <w:r>
        <w:t>Nom et signature de la personne hébergée si la démarche les demande :</w:t>
      </w:r>
    </w:p>
    <w:p>
      <w:r>
        <w:br/>
      </w:r>
    </w:p>
    <w:p>
      <w:r>
        <w:rPr>
          <w:sz w:val="16"/>
        </w:rPr>
        <w:t>Modèle Quittance Facile - quittancesfacile.fr/attestation-hebergement-titre-gratuit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2" w:lineRule="auto"/>
    </w:pPr>
    <w:rPr>
      <w:rFonts w:ascii="DejaVu Sans" w:hAnsi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d’hébergement à titre gratuit</dc:title>
  <dc:subject/>
  <dc:creator>Quittance Facile</dc:creator>
  <cp:keywords/>
  <dc:description/>
  <cp:lastModifiedBy>Quittance Facile</cp:lastModifiedBy>
  <cp:revision>1</cp:revision>
  <dcterms:created xsi:type="dcterms:W3CDTF">2013-12-23T23:15:00Z</dcterms:created>
  <dcterms:modified xsi:type="dcterms:W3CDTF">2013-12-23T23:15:00Z</dcterms:modified>
  <cp:category/>
</cp:coreProperties>
</file>